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6F22F" w14:textId="77777777" w:rsidR="00A17A7F" w:rsidRDefault="00000000">
      <w:pPr>
        <w:spacing w:after="60"/>
        <w:jc w:val="center"/>
      </w:pPr>
      <w:r>
        <w:rPr>
          <w:noProof/>
        </w:rPr>
        <w:drawing>
          <wp:inline distT="0" distB="0" distL="0" distR="0" wp14:anchorId="449090B5" wp14:editId="790C57E7">
            <wp:extent cx="5832000" cy="495492"/>
            <wp:effectExtent l="0" t="0" r="0" b="0"/>
            <wp:docPr id="1" name="Picture 1" descr="Marca da Universidade de Brasí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_comp_cor.jpg"/>
                    <pic:cNvPicPr/>
                  </pic:nvPicPr>
                  <pic:blipFill>
                    <a:blip r:embed="rId8"/>
                    <a:stretch>
                      <a:fillRect/>
                    </a:stretch>
                  </pic:blipFill>
                  <pic:spPr>
                    <a:xfrm>
                      <a:off x="0" y="0"/>
                      <a:ext cx="5832000" cy="495492"/>
                    </a:xfrm>
                    <a:prstGeom prst="rect">
                      <a:avLst/>
                    </a:prstGeom>
                  </pic:spPr>
                </pic:pic>
              </a:graphicData>
            </a:graphic>
          </wp:inline>
        </w:drawing>
      </w:r>
    </w:p>
    <w:p w14:paraId="6355B5BC" w14:textId="77777777" w:rsidR="00A17A7F" w:rsidRPr="00631AB6" w:rsidRDefault="00000000">
      <w:pPr>
        <w:spacing w:after="0" w:line="240" w:lineRule="auto"/>
        <w:jc w:val="center"/>
        <w:rPr>
          <w:lang w:val="pt-BR"/>
        </w:rPr>
      </w:pPr>
      <w:r w:rsidRPr="00631AB6">
        <w:rPr>
          <w:rFonts w:eastAsia="Arial"/>
          <w:b/>
          <w:sz w:val="21"/>
          <w:lang w:val="pt-BR"/>
        </w:rPr>
        <w:t>Universidade de Brasília — Decanato de Pós-Graduação</w:t>
      </w:r>
    </w:p>
    <w:p w14:paraId="6A29E422" w14:textId="77777777" w:rsidR="00A17A7F" w:rsidRPr="00631AB6" w:rsidRDefault="00000000">
      <w:pPr>
        <w:spacing w:after="0" w:line="240" w:lineRule="auto"/>
        <w:jc w:val="center"/>
        <w:rPr>
          <w:lang w:val="pt-BR"/>
        </w:rPr>
      </w:pPr>
      <w:r w:rsidRPr="00631AB6">
        <w:rPr>
          <w:rFonts w:eastAsia="Arial"/>
          <w:b/>
          <w:sz w:val="21"/>
          <w:lang w:val="pt-BR"/>
        </w:rPr>
        <w:t>Programa de Pós-Graduação em Ciências Mecânicas</w:t>
      </w:r>
    </w:p>
    <w:p w14:paraId="6421C956" w14:textId="77777777" w:rsidR="00A17A7F" w:rsidRPr="00631AB6" w:rsidRDefault="00000000">
      <w:pPr>
        <w:spacing w:after="0" w:line="240" w:lineRule="auto"/>
        <w:jc w:val="center"/>
        <w:rPr>
          <w:lang w:val="pt-BR"/>
        </w:rPr>
      </w:pPr>
      <w:r w:rsidRPr="00631AB6">
        <w:rPr>
          <w:rFonts w:eastAsia="Arial"/>
          <w:b/>
          <w:sz w:val="21"/>
          <w:lang w:val="pt-BR"/>
        </w:rPr>
        <w:t>EDITAL Nº 09/2026</w:t>
      </w:r>
    </w:p>
    <w:p w14:paraId="7F35D20A" w14:textId="77777777" w:rsidR="00A17A7F" w:rsidRPr="00631AB6" w:rsidRDefault="00000000">
      <w:pPr>
        <w:spacing w:after="0" w:line="240" w:lineRule="auto"/>
        <w:jc w:val="center"/>
        <w:rPr>
          <w:lang w:val="pt-BR"/>
        </w:rPr>
      </w:pPr>
      <w:r w:rsidRPr="00631AB6">
        <w:rPr>
          <w:rFonts w:eastAsia="Arial"/>
          <w:sz w:val="19"/>
          <w:lang w:val="pt-BR"/>
        </w:rPr>
        <w:t>Programa Redes para Internacionalização Institucional – CAPES-Global.Edu</w:t>
      </w:r>
    </w:p>
    <w:p w14:paraId="4EC7B5C1" w14:textId="77777777" w:rsidR="00A17A7F" w:rsidRPr="00631AB6" w:rsidRDefault="00A17A7F">
      <w:pPr>
        <w:spacing w:after="40"/>
        <w:rPr>
          <w:lang w:val="pt-BR"/>
        </w:rPr>
      </w:pPr>
    </w:p>
    <w:p w14:paraId="5E948B26" w14:textId="77777777" w:rsidR="00A17A7F" w:rsidRPr="00631AB6" w:rsidRDefault="00000000">
      <w:pPr>
        <w:pStyle w:val="Title"/>
        <w:pBdr>
          <w:top w:val="nil"/>
          <w:left w:val="nil"/>
          <w:bottom w:val="nil"/>
          <w:right w:val="nil"/>
          <w:between w:val="nil"/>
        </w:pBdr>
        <w:spacing w:before="160" w:after="40"/>
        <w:jc w:val="center"/>
        <w:rPr>
          <w:lang w:val="pt-BR"/>
        </w:rPr>
      </w:pPr>
      <w:r w:rsidRPr="00631AB6">
        <w:rPr>
          <w:rFonts w:ascii="Arial" w:eastAsia="Arial" w:hAnsi="Arial"/>
          <w:b/>
          <w:sz w:val="26"/>
          <w:lang w:val="pt-BR"/>
        </w:rPr>
        <w:t>MODELO DE DECLARAÇÃO DE CONCORDÂNCIA</w:t>
      </w:r>
    </w:p>
    <w:p w14:paraId="03AB0913" w14:textId="77777777" w:rsidR="00A17A7F" w:rsidRPr="00631AB6" w:rsidRDefault="00000000">
      <w:pPr>
        <w:spacing w:after="160"/>
        <w:jc w:val="center"/>
        <w:rPr>
          <w:lang w:val="pt-BR"/>
        </w:rPr>
      </w:pPr>
      <w:r w:rsidRPr="00631AB6">
        <w:rPr>
          <w:rFonts w:eastAsia="Arial"/>
          <w:b/>
          <w:sz w:val="21"/>
          <w:lang w:val="pt-BR"/>
        </w:rPr>
        <w:t>Professor Visitante no Brasil — Item 6.5</w:t>
      </w:r>
    </w:p>
    <w:p w14:paraId="4591C491" w14:textId="77777777" w:rsidR="00A17A7F" w:rsidRPr="00631AB6" w:rsidRDefault="00A17A7F">
      <w:pPr>
        <w:spacing w:after="0"/>
        <w:rPr>
          <w:lang w:val="pt-BR"/>
        </w:rPr>
      </w:pPr>
    </w:p>
    <w:p w14:paraId="042EB7A9" w14:textId="77777777" w:rsidR="00A17A7F" w:rsidRPr="00631AB6" w:rsidRDefault="00000000">
      <w:pPr>
        <w:spacing w:after="160"/>
        <w:ind w:firstLine="709"/>
        <w:jc w:val="both"/>
        <w:rPr>
          <w:lang w:val="pt-BR"/>
        </w:rPr>
      </w:pPr>
      <w:r w:rsidRPr="00631AB6">
        <w:rPr>
          <w:rFonts w:eastAsia="Arial"/>
          <w:lang w:val="pt-BR"/>
        </w:rPr>
        <w:t>Eu, [NOME COMPLETO], [CARGO/FUNÇÃO], vinculado(a) à [NOME DA INSTITUIÇÃO DE ENSINO OU PESQUISA], situada em [PAÍS], declaro, para fins de candidatura ao Edital nº 09/2026 do Programa de Pós-Graduação em Ciências Mecânicas da Universidade de Brasília, que concordo com minha participação na modalidade Professor Visitante no Brasil, pelo período de 15 (quinze) dias, com início previsto em [DD/MM/2027] e término em [DD/MM/2027].</w:t>
      </w:r>
    </w:p>
    <w:p w14:paraId="0F487EBA" w14:textId="77777777" w:rsidR="00A17A7F" w:rsidRPr="00631AB6" w:rsidRDefault="00000000">
      <w:pPr>
        <w:spacing w:after="160"/>
        <w:ind w:firstLine="709"/>
        <w:jc w:val="both"/>
        <w:rPr>
          <w:lang w:val="pt-BR"/>
        </w:rPr>
      </w:pPr>
      <w:r w:rsidRPr="00631AB6">
        <w:rPr>
          <w:rFonts w:eastAsia="Arial"/>
          <w:lang w:val="pt-BR"/>
        </w:rPr>
        <w:t>Declaro estar ciente de que a visita deverá iniciar-se na primeira quinzena de março ou na primeira quinzena de abril de 2027, conforme o cronograma do item 9 do Edital, período compreendido na janela geral de março a junho de 2027 indicada no item 4.1.1.</w:t>
      </w:r>
    </w:p>
    <w:p w14:paraId="6B325F1D" w14:textId="77777777" w:rsidR="00A17A7F" w:rsidRPr="00631AB6" w:rsidRDefault="00000000">
      <w:pPr>
        <w:spacing w:after="160"/>
        <w:ind w:firstLine="709"/>
        <w:jc w:val="both"/>
        <w:rPr>
          <w:lang w:val="pt-BR"/>
        </w:rPr>
      </w:pPr>
      <w:r w:rsidRPr="00631AB6">
        <w:rPr>
          <w:rFonts w:eastAsia="Arial"/>
          <w:lang w:val="pt-BR"/>
        </w:rPr>
        <w:t>Comprometo-me a desenvolver as atividades previstas no plano de trabalho elaborado em comum acordo com a Coordenação do Programa de Pós-Graduação em Ciências Mecânicas e a cumprir as normas do Programa CAPES-Global.Edu, do Edital nº 09/2026, do Programa de Pós-Graduação em Ciências Mecânicas e da Universidade de Brasília aplicáveis à visita.</w:t>
      </w:r>
    </w:p>
    <w:p w14:paraId="0677C88F" w14:textId="77777777" w:rsidR="00A17A7F" w:rsidRPr="00631AB6" w:rsidRDefault="00000000">
      <w:pPr>
        <w:spacing w:after="160"/>
        <w:ind w:firstLine="709"/>
        <w:jc w:val="both"/>
        <w:rPr>
          <w:lang w:val="pt-BR"/>
        </w:rPr>
      </w:pPr>
      <w:r w:rsidRPr="00631AB6">
        <w:rPr>
          <w:rFonts w:eastAsia="Arial"/>
          <w:lang w:val="pt-BR"/>
        </w:rPr>
        <w:t>Por ser expressão da verdade, firmo a presente declaração.</w:t>
      </w:r>
    </w:p>
    <w:p w14:paraId="3C55D484" w14:textId="77777777" w:rsidR="00A17A7F" w:rsidRPr="00631AB6" w:rsidRDefault="00000000">
      <w:pPr>
        <w:spacing w:before="120" w:after="440"/>
        <w:jc w:val="right"/>
        <w:rPr>
          <w:lang w:val="pt-BR"/>
        </w:rPr>
      </w:pPr>
      <w:r w:rsidRPr="00631AB6">
        <w:rPr>
          <w:rFonts w:eastAsia="Arial"/>
          <w:lang w:val="pt-BR"/>
        </w:rPr>
        <w:t>[CIDADE], [DIA] de [MÊS] de 2026.</w:t>
      </w:r>
    </w:p>
    <w:p w14:paraId="43C69921" w14:textId="77777777" w:rsidR="00A17A7F" w:rsidRPr="00631AB6" w:rsidRDefault="00000000">
      <w:pPr>
        <w:spacing w:after="40"/>
        <w:jc w:val="center"/>
        <w:rPr>
          <w:lang w:val="pt-BR"/>
        </w:rPr>
      </w:pPr>
      <w:r w:rsidRPr="00631AB6">
        <w:rPr>
          <w:rFonts w:eastAsia="Arial"/>
          <w:lang w:val="pt-BR"/>
        </w:rPr>
        <w:t>____________________________________________</w:t>
      </w:r>
    </w:p>
    <w:p w14:paraId="34ED6446" w14:textId="77777777" w:rsidR="00A17A7F" w:rsidRPr="00631AB6" w:rsidRDefault="00000000">
      <w:pPr>
        <w:spacing w:after="0"/>
        <w:jc w:val="center"/>
        <w:rPr>
          <w:lang w:val="pt-BR"/>
        </w:rPr>
      </w:pPr>
      <w:r w:rsidRPr="00631AB6">
        <w:rPr>
          <w:rFonts w:eastAsia="Arial"/>
          <w:sz w:val="20"/>
          <w:lang w:val="pt-BR"/>
        </w:rPr>
        <w:t>[NOME COMPLETO]</w:t>
      </w:r>
    </w:p>
    <w:p w14:paraId="122CB0BE" w14:textId="77777777" w:rsidR="00A17A7F" w:rsidRPr="00631AB6" w:rsidRDefault="00000000">
      <w:pPr>
        <w:spacing w:after="0"/>
        <w:jc w:val="center"/>
        <w:rPr>
          <w:lang w:val="pt-BR"/>
        </w:rPr>
      </w:pPr>
      <w:r w:rsidRPr="00631AB6">
        <w:rPr>
          <w:rFonts w:eastAsia="Arial"/>
          <w:sz w:val="20"/>
          <w:lang w:val="pt-BR"/>
        </w:rPr>
        <w:t>[CARGO/FUNÇÃO]</w:t>
      </w:r>
    </w:p>
    <w:p w14:paraId="57851E4C" w14:textId="77777777" w:rsidR="00A17A7F" w:rsidRPr="00631AB6" w:rsidRDefault="00000000">
      <w:pPr>
        <w:spacing w:after="0"/>
        <w:jc w:val="center"/>
        <w:rPr>
          <w:lang w:val="pt-BR"/>
        </w:rPr>
      </w:pPr>
      <w:r w:rsidRPr="00631AB6">
        <w:rPr>
          <w:rFonts w:eastAsia="Arial"/>
          <w:sz w:val="20"/>
          <w:lang w:val="pt-BR"/>
        </w:rPr>
        <w:t>[INSTITUIÇÃO DE VÍNCULO]</w:t>
      </w:r>
    </w:p>
    <w:p w14:paraId="28E82912" w14:textId="77777777" w:rsidR="00A17A7F" w:rsidRDefault="00000000">
      <w:pPr>
        <w:spacing w:after="0"/>
        <w:jc w:val="center"/>
      </w:pPr>
      <w:r>
        <w:rPr>
          <w:rFonts w:eastAsia="Arial"/>
          <w:sz w:val="20"/>
        </w:rPr>
        <w:t>[E-MAIL INSTITUCIONAL]</w:t>
      </w:r>
    </w:p>
    <w:p w14:paraId="2CEE5E7B" w14:textId="77777777" w:rsidR="00A17A7F" w:rsidRDefault="00A17A7F">
      <w:pPr>
        <w:sectPr w:rsidR="00A17A7F">
          <w:footerReference w:type="default" r:id="rId9"/>
          <w:pgSz w:w="11906" w:h="16838"/>
          <w:pgMar w:top="369" w:right="1247" w:bottom="935" w:left="1247" w:header="198" w:footer="283" w:gutter="0"/>
          <w:cols w:space="720"/>
          <w:docGrid w:linePitch="360"/>
        </w:sectPr>
      </w:pPr>
    </w:p>
    <w:p w14:paraId="4FAB68AD" w14:textId="77777777" w:rsidR="00A17A7F" w:rsidRDefault="00000000">
      <w:pPr>
        <w:spacing w:after="60"/>
        <w:jc w:val="center"/>
      </w:pPr>
      <w:r>
        <w:rPr>
          <w:noProof/>
        </w:rPr>
        <w:lastRenderedPageBreak/>
        <w:drawing>
          <wp:inline distT="0" distB="0" distL="0" distR="0" wp14:anchorId="69952530" wp14:editId="19C08E69">
            <wp:extent cx="5832000" cy="495492"/>
            <wp:effectExtent l="0" t="0" r="0" b="0"/>
            <wp:docPr id="2" name="Picture 2" descr="Marca da Universidade de Brasí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_comp_cor.jpg"/>
                    <pic:cNvPicPr/>
                  </pic:nvPicPr>
                  <pic:blipFill>
                    <a:blip r:embed="rId8"/>
                    <a:stretch>
                      <a:fillRect/>
                    </a:stretch>
                  </pic:blipFill>
                  <pic:spPr>
                    <a:xfrm>
                      <a:off x="0" y="0"/>
                      <a:ext cx="5832000" cy="495492"/>
                    </a:xfrm>
                    <a:prstGeom prst="rect">
                      <a:avLst/>
                    </a:prstGeom>
                  </pic:spPr>
                </pic:pic>
              </a:graphicData>
            </a:graphic>
          </wp:inline>
        </w:drawing>
      </w:r>
    </w:p>
    <w:p w14:paraId="7DDBA66F" w14:textId="77777777" w:rsidR="00A17A7F" w:rsidRPr="00631AB6" w:rsidRDefault="00000000">
      <w:pPr>
        <w:spacing w:after="0" w:line="240" w:lineRule="auto"/>
        <w:jc w:val="center"/>
        <w:rPr>
          <w:lang w:val="pt-BR"/>
        </w:rPr>
      </w:pPr>
      <w:r w:rsidRPr="00631AB6">
        <w:rPr>
          <w:rFonts w:eastAsia="Arial"/>
          <w:b/>
          <w:sz w:val="21"/>
          <w:lang w:val="pt-BR"/>
        </w:rPr>
        <w:t>Universidade de Brasília — Decanato de Pós-Graduação</w:t>
      </w:r>
    </w:p>
    <w:p w14:paraId="6E8CFE9C" w14:textId="77777777" w:rsidR="00A17A7F" w:rsidRPr="00631AB6" w:rsidRDefault="00000000">
      <w:pPr>
        <w:spacing w:after="0" w:line="240" w:lineRule="auto"/>
        <w:jc w:val="center"/>
        <w:rPr>
          <w:lang w:val="pt-BR"/>
        </w:rPr>
      </w:pPr>
      <w:r w:rsidRPr="00631AB6">
        <w:rPr>
          <w:rFonts w:eastAsia="Arial"/>
          <w:b/>
          <w:sz w:val="21"/>
          <w:lang w:val="pt-BR"/>
        </w:rPr>
        <w:t>Programa de Pós-Graduação em Ciências Mecânicas</w:t>
      </w:r>
    </w:p>
    <w:p w14:paraId="3210A47A" w14:textId="77777777" w:rsidR="00A17A7F" w:rsidRPr="00631AB6" w:rsidRDefault="00000000">
      <w:pPr>
        <w:spacing w:after="0" w:line="240" w:lineRule="auto"/>
        <w:jc w:val="center"/>
        <w:rPr>
          <w:lang w:val="pt-BR"/>
        </w:rPr>
      </w:pPr>
      <w:r w:rsidRPr="00631AB6">
        <w:rPr>
          <w:rFonts w:eastAsia="Arial"/>
          <w:b/>
          <w:sz w:val="21"/>
          <w:lang w:val="pt-BR"/>
        </w:rPr>
        <w:t>EDITAL Nº 09/2026</w:t>
      </w:r>
    </w:p>
    <w:p w14:paraId="4382B543" w14:textId="77777777" w:rsidR="00A17A7F" w:rsidRPr="00631AB6" w:rsidRDefault="00000000">
      <w:pPr>
        <w:spacing w:after="0" w:line="240" w:lineRule="auto"/>
        <w:jc w:val="center"/>
        <w:rPr>
          <w:lang w:val="pt-BR"/>
        </w:rPr>
      </w:pPr>
      <w:r w:rsidRPr="00631AB6">
        <w:rPr>
          <w:rFonts w:eastAsia="Arial"/>
          <w:sz w:val="19"/>
          <w:lang w:val="pt-BR"/>
        </w:rPr>
        <w:t>Programa Redes para Internacionalização Institucional – CAPES-Global.Edu</w:t>
      </w:r>
    </w:p>
    <w:p w14:paraId="0870961F" w14:textId="77777777" w:rsidR="00A17A7F" w:rsidRPr="00631AB6" w:rsidRDefault="00A17A7F">
      <w:pPr>
        <w:spacing w:after="40"/>
        <w:rPr>
          <w:lang w:val="pt-BR"/>
        </w:rPr>
      </w:pPr>
    </w:p>
    <w:p w14:paraId="623BE160" w14:textId="77777777" w:rsidR="00A17A7F" w:rsidRDefault="00000000">
      <w:pPr>
        <w:pStyle w:val="Title"/>
        <w:pBdr>
          <w:top w:val="nil"/>
          <w:left w:val="nil"/>
          <w:bottom w:val="nil"/>
          <w:right w:val="nil"/>
          <w:between w:val="nil"/>
        </w:pBdr>
        <w:spacing w:before="160" w:after="40"/>
        <w:jc w:val="center"/>
      </w:pPr>
      <w:r>
        <w:rPr>
          <w:rFonts w:ascii="Arial" w:eastAsia="Arial" w:hAnsi="Arial"/>
          <w:b/>
          <w:sz w:val="26"/>
        </w:rPr>
        <w:t>VISITING PROFESSOR STATEMENT OF AGREEMENT TEMPLATE</w:t>
      </w:r>
    </w:p>
    <w:p w14:paraId="2E420FF8" w14:textId="77777777" w:rsidR="00A17A7F" w:rsidRDefault="00000000">
      <w:pPr>
        <w:spacing w:after="160"/>
        <w:jc w:val="center"/>
      </w:pPr>
      <w:r>
        <w:rPr>
          <w:rFonts w:eastAsia="Arial"/>
          <w:b/>
          <w:sz w:val="21"/>
        </w:rPr>
        <w:t>Visiting Professor in Brazil — Item 6.5</w:t>
      </w:r>
    </w:p>
    <w:p w14:paraId="01EC2066" w14:textId="77777777" w:rsidR="00A17A7F" w:rsidRDefault="00A17A7F">
      <w:pPr>
        <w:spacing w:after="0"/>
      </w:pPr>
    </w:p>
    <w:p w14:paraId="5AA3AAB1" w14:textId="77777777" w:rsidR="00A17A7F" w:rsidRDefault="00000000">
      <w:pPr>
        <w:spacing w:after="160"/>
        <w:ind w:firstLine="709"/>
        <w:jc w:val="both"/>
      </w:pPr>
      <w:r>
        <w:rPr>
          <w:rFonts w:eastAsia="Arial"/>
        </w:rPr>
        <w:t>I, [FULL NAME], [POSITION/TITLE], affiliated with [NAME OF THE HIGHER EDUCATION OR RESEARCH INSTITUTION], located in [COUNTRY], hereby declare, for the purposes of my application under Call for Applications No. 09/2026 of the Graduate Program in Mechanical Sciences at the University of Brasília, that I agree to participate as a Visiting Professor in Brazil for a period of 15 (fifteen) days, with an expected start date of [DD/MM/2027] and end date of [DD/MM/2027].</w:t>
      </w:r>
    </w:p>
    <w:p w14:paraId="53D826A3" w14:textId="77777777" w:rsidR="00A17A7F" w:rsidRDefault="00000000">
      <w:pPr>
        <w:spacing w:after="160"/>
        <w:ind w:firstLine="709"/>
        <w:jc w:val="both"/>
      </w:pPr>
      <w:r>
        <w:rPr>
          <w:rFonts w:eastAsia="Arial"/>
        </w:rPr>
        <w:t>I acknowledge that the visit must begin during the first half of March or the first half of April 2027, as established in the schedule set out in item 9 of the Call for Applications, within the broader March-to-June 2027 window stated in item 4.1.1.</w:t>
      </w:r>
    </w:p>
    <w:p w14:paraId="264F1FFF" w14:textId="77777777" w:rsidR="00A17A7F" w:rsidRDefault="00000000">
      <w:pPr>
        <w:spacing w:after="160"/>
        <w:ind w:firstLine="709"/>
        <w:jc w:val="both"/>
      </w:pPr>
      <w:r>
        <w:rPr>
          <w:rFonts w:eastAsia="Arial"/>
        </w:rPr>
        <w:t>I undertake to carry out the activities included in the work plan jointly prepared with the Coordination of the Graduate Program in Mechanical Sciences and to comply with the rules of the CAPES-Global.Edu Program, Call for Applications No. 09/2026, the Graduate Program in Mechanical Sciences, and the University of Brasília applicable to the visit.</w:t>
      </w:r>
    </w:p>
    <w:p w14:paraId="448B38E0" w14:textId="77777777" w:rsidR="00A17A7F" w:rsidRDefault="00000000">
      <w:pPr>
        <w:spacing w:after="160"/>
        <w:ind w:firstLine="709"/>
        <w:jc w:val="both"/>
      </w:pPr>
      <w:r>
        <w:rPr>
          <w:rFonts w:eastAsia="Arial"/>
        </w:rPr>
        <w:t>I sign this statement for all due purposes.</w:t>
      </w:r>
    </w:p>
    <w:p w14:paraId="2C11CEE8" w14:textId="77777777" w:rsidR="00A17A7F" w:rsidRDefault="00000000">
      <w:pPr>
        <w:spacing w:before="120" w:after="440"/>
        <w:jc w:val="right"/>
      </w:pPr>
      <w:r>
        <w:rPr>
          <w:rFonts w:eastAsia="Arial"/>
        </w:rPr>
        <w:t>[CITY], [DAY] [MONTH] 2026.</w:t>
      </w:r>
    </w:p>
    <w:p w14:paraId="423B527A" w14:textId="77777777" w:rsidR="00A17A7F" w:rsidRDefault="00000000">
      <w:pPr>
        <w:spacing w:after="40"/>
        <w:jc w:val="center"/>
      </w:pPr>
      <w:r>
        <w:rPr>
          <w:rFonts w:eastAsia="Arial"/>
        </w:rPr>
        <w:t>____________________________________________</w:t>
      </w:r>
    </w:p>
    <w:p w14:paraId="78D7F4FF" w14:textId="77777777" w:rsidR="00A17A7F" w:rsidRDefault="00000000">
      <w:pPr>
        <w:spacing w:after="0"/>
        <w:jc w:val="center"/>
      </w:pPr>
      <w:r>
        <w:rPr>
          <w:rFonts w:eastAsia="Arial"/>
          <w:sz w:val="20"/>
        </w:rPr>
        <w:t>[FULL NAME]</w:t>
      </w:r>
    </w:p>
    <w:p w14:paraId="0FDEE34F" w14:textId="77777777" w:rsidR="00A17A7F" w:rsidRDefault="00000000">
      <w:pPr>
        <w:spacing w:after="0"/>
        <w:jc w:val="center"/>
      </w:pPr>
      <w:r>
        <w:rPr>
          <w:rFonts w:eastAsia="Arial"/>
          <w:sz w:val="20"/>
        </w:rPr>
        <w:t>[POSITION/TITLE]</w:t>
      </w:r>
    </w:p>
    <w:p w14:paraId="74C30D29" w14:textId="77777777" w:rsidR="00A17A7F" w:rsidRDefault="00000000">
      <w:pPr>
        <w:spacing w:after="0"/>
        <w:jc w:val="center"/>
      </w:pPr>
      <w:r>
        <w:rPr>
          <w:rFonts w:eastAsia="Arial"/>
          <w:sz w:val="20"/>
        </w:rPr>
        <w:t>[HOME INSTITUTION]</w:t>
      </w:r>
    </w:p>
    <w:p w14:paraId="79DCD853" w14:textId="77777777" w:rsidR="00A17A7F" w:rsidRDefault="00000000">
      <w:pPr>
        <w:spacing w:after="0"/>
        <w:jc w:val="center"/>
      </w:pPr>
      <w:r>
        <w:rPr>
          <w:rFonts w:eastAsia="Arial"/>
          <w:sz w:val="20"/>
        </w:rPr>
        <w:t>[INSTITUTIONAL EMAIL]</w:t>
      </w:r>
    </w:p>
    <w:sectPr w:rsidR="00A17A7F" w:rsidSect="00034616">
      <w:pgSz w:w="11906" w:h="16838"/>
      <w:pgMar w:top="369" w:right="1247" w:bottom="935" w:left="1247" w:header="198"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D9ABE" w14:textId="77777777" w:rsidR="00780CBB" w:rsidRDefault="00780CBB">
      <w:pPr>
        <w:spacing w:after="0" w:line="240" w:lineRule="auto"/>
      </w:pPr>
      <w:r>
        <w:separator/>
      </w:r>
    </w:p>
  </w:endnote>
  <w:endnote w:type="continuationSeparator" w:id="0">
    <w:p w14:paraId="275ED5CA" w14:textId="77777777" w:rsidR="00780CBB" w:rsidRDefault="00780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CB311" w14:textId="77777777" w:rsidR="00A17A7F" w:rsidRPr="00631AB6" w:rsidRDefault="00000000">
    <w:pPr>
      <w:pStyle w:val="Footer"/>
      <w:spacing w:before="40"/>
      <w:jc w:val="center"/>
      <w:rPr>
        <w:lang w:val="pt-BR"/>
      </w:rPr>
    </w:pPr>
    <w:r w:rsidRPr="00631AB6">
      <w:rPr>
        <w:rFonts w:eastAsia="Arial"/>
        <w:color w:val="555555"/>
        <w:sz w:val="17"/>
        <w:lang w:val="pt-BR"/>
      </w:rPr>
      <w:t xml:space="preserve">Modelo referente ao item 6.5 do Edital nº 09/2026  |  Página </w:t>
    </w:r>
    <w:r>
      <w:rPr>
        <w:rFonts w:eastAsia="Arial"/>
        <w:color w:val="555555"/>
        <w:sz w:val="17"/>
      </w:rPr>
      <w:fldChar w:fldCharType="begin"/>
    </w:r>
    <w:r w:rsidRPr="00631AB6">
      <w:rPr>
        <w:rFonts w:eastAsia="Arial"/>
        <w:color w:val="555555"/>
        <w:sz w:val="17"/>
        <w:lang w:val="pt-BR"/>
      </w:rPr>
      <w:instrText>PAGE</w:instrText>
    </w:r>
    <w:r>
      <w:rPr>
        <w:rFonts w:eastAsia="Arial"/>
        <w:color w:val="555555"/>
        <w:sz w:val="17"/>
      </w:rPr>
      <w:fldChar w:fldCharType="separate"/>
    </w:r>
    <w:r w:rsidRPr="00631AB6">
      <w:rPr>
        <w:rFonts w:eastAsia="Arial"/>
        <w:color w:val="555555"/>
        <w:sz w:val="17"/>
        <w:lang w:val="pt-BR"/>
      </w:rPr>
      <w:t>1</w:t>
    </w:r>
    <w:r>
      <w:rPr>
        <w:rFonts w:eastAsia="Arial"/>
        <w:color w:val="555555"/>
        <w:sz w:val="17"/>
      </w:rPr>
      <w:fldChar w:fldCharType="end"/>
    </w:r>
    <w:r w:rsidRPr="00631AB6">
      <w:rPr>
        <w:rFonts w:eastAsia="Arial"/>
        <w:color w:val="555555"/>
        <w:sz w:val="17"/>
        <w:lang w:val="pt-BR"/>
      </w:rPr>
      <w:t xml:space="preserve"> de </w:t>
    </w:r>
    <w:r>
      <w:rPr>
        <w:rFonts w:eastAsia="Arial"/>
        <w:color w:val="555555"/>
        <w:sz w:val="17"/>
      </w:rPr>
      <w:fldChar w:fldCharType="begin"/>
    </w:r>
    <w:r w:rsidRPr="00631AB6">
      <w:rPr>
        <w:rFonts w:eastAsia="Arial"/>
        <w:color w:val="555555"/>
        <w:sz w:val="17"/>
        <w:lang w:val="pt-BR"/>
      </w:rPr>
      <w:instrText>NUMPAGES</w:instrText>
    </w:r>
    <w:r>
      <w:rPr>
        <w:rFonts w:eastAsia="Arial"/>
        <w:color w:val="555555"/>
        <w:sz w:val="17"/>
      </w:rPr>
      <w:fldChar w:fldCharType="separate"/>
    </w:r>
    <w:r w:rsidRPr="00631AB6">
      <w:rPr>
        <w:rFonts w:eastAsia="Arial"/>
        <w:color w:val="555555"/>
        <w:sz w:val="17"/>
        <w:lang w:val="pt-BR"/>
      </w:rPr>
      <w:t>1</w:t>
    </w:r>
    <w:r>
      <w:rPr>
        <w:rFonts w:eastAsia="Arial"/>
        <w:color w:val="555555"/>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A8C0E" w14:textId="77777777" w:rsidR="00780CBB" w:rsidRDefault="00780CBB">
      <w:pPr>
        <w:spacing w:after="0" w:line="240" w:lineRule="auto"/>
      </w:pPr>
      <w:r>
        <w:separator/>
      </w:r>
    </w:p>
  </w:footnote>
  <w:footnote w:type="continuationSeparator" w:id="0">
    <w:p w14:paraId="5A072266" w14:textId="77777777" w:rsidR="00780CBB" w:rsidRDefault="00780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47915654">
    <w:abstractNumId w:val="8"/>
  </w:num>
  <w:num w:numId="2" w16cid:durableId="935788694">
    <w:abstractNumId w:val="6"/>
  </w:num>
  <w:num w:numId="3" w16cid:durableId="1990547244">
    <w:abstractNumId w:val="5"/>
  </w:num>
  <w:num w:numId="4" w16cid:durableId="292255620">
    <w:abstractNumId w:val="4"/>
  </w:num>
  <w:num w:numId="5" w16cid:durableId="91364456">
    <w:abstractNumId w:val="7"/>
  </w:num>
  <w:num w:numId="6" w16cid:durableId="545988625">
    <w:abstractNumId w:val="3"/>
  </w:num>
  <w:num w:numId="7" w16cid:durableId="2133281611">
    <w:abstractNumId w:val="2"/>
  </w:num>
  <w:num w:numId="8" w16cid:durableId="314459519">
    <w:abstractNumId w:val="1"/>
  </w:num>
  <w:num w:numId="9" w16cid:durableId="1999994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979C0"/>
    <w:rsid w:val="00631AB6"/>
    <w:rsid w:val="00780CBB"/>
    <w:rsid w:val="00A17A7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523B9D6-82C0-4746-AC97-C924EA445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declaração de concordância do professor visitante</dc:title>
  <dc:subject>Item 6.5 do Edital nº 09/2026 do PCMEC/UnB</dc:subject>
  <dc:creator>Programa de Pós-Graduação em Ciências Mecânicas — Universidade de Brasília</dc:creator>
  <cp:keywords>UnB, PCMEC, CAPES-Global.Edu, professor visitante, declaração</cp:keywords>
  <dc:description>generated by python-docx</dc:description>
  <cp:lastModifiedBy>Taygoara Oliveira</cp:lastModifiedBy>
  <cp:revision>2</cp:revision>
  <dcterms:created xsi:type="dcterms:W3CDTF">2013-12-23T23:15:00Z</dcterms:created>
  <dcterms:modified xsi:type="dcterms:W3CDTF">2026-09-18T18:30:00Z</dcterms:modified>
  <cp:category/>
</cp:coreProperties>
</file>